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E3B2" w14:textId="77777777" w:rsidR="00436C96" w:rsidRDefault="00000000">
      <w:pPr>
        <w:pStyle w:val="Title"/>
      </w:pPr>
      <w:r>
        <w:t>Weird Tales Premiere Preparation and Schedule</w:t>
      </w:r>
    </w:p>
    <w:p w14:paraId="76AEE6C8" w14:textId="44145063" w:rsidR="00436C96" w:rsidRPr="00ED2C52" w:rsidRDefault="00CE7475">
      <w:pPr>
        <w:pStyle w:val="Heading1"/>
        <w:rPr>
          <w:sz w:val="28"/>
          <w:szCs w:val="32"/>
        </w:rPr>
      </w:pPr>
      <w:r w:rsidRPr="00ED2C52">
        <w:rPr>
          <w:sz w:val="28"/>
          <w:szCs w:val="32"/>
        </w:rPr>
        <w:t>By November 1</w:t>
      </w:r>
    </w:p>
    <w:p w14:paraId="6F1F04FC" w14:textId="060FCFD0" w:rsidR="00CE7475" w:rsidRDefault="00000000" w:rsidP="000D463F">
      <w:pPr>
        <w:pStyle w:val="ListParagraph"/>
        <w:numPr>
          <w:ilvl w:val="0"/>
          <w:numId w:val="13"/>
        </w:numPr>
      </w:pPr>
      <w:r w:rsidRPr="000D463F">
        <w:rPr>
          <w:b/>
          <w:bCs/>
        </w:rPr>
        <w:t xml:space="preserve">Confirm </w:t>
      </w:r>
      <w:r w:rsidR="00CE7475" w:rsidRPr="000D463F">
        <w:rPr>
          <w:b/>
          <w:bCs/>
        </w:rPr>
        <w:t xml:space="preserve">the featured </w:t>
      </w:r>
      <w:r w:rsidRPr="000D463F">
        <w:rPr>
          <w:b/>
          <w:bCs/>
        </w:rPr>
        <w:t>hosts</w:t>
      </w:r>
      <w:r w:rsidR="00CE7475">
        <w:t xml:space="preserve"> for the village welcome.</w:t>
      </w:r>
      <w:r w:rsidR="003C5D09">
        <w:t xml:space="preserve"> </w:t>
      </w:r>
      <w:r w:rsidR="00C65CC4">
        <w:t>Get</w:t>
      </w:r>
      <w:r w:rsidR="003C5D09">
        <w:t xml:space="preserve"> name tags for them.</w:t>
      </w:r>
    </w:p>
    <w:p w14:paraId="3937A537" w14:textId="1ED66EF9" w:rsidR="003C5D09" w:rsidRDefault="003C5D09" w:rsidP="000D463F">
      <w:pPr>
        <w:pStyle w:val="ListParagraph"/>
        <w:numPr>
          <w:ilvl w:val="0"/>
          <w:numId w:val="13"/>
        </w:numPr>
      </w:pPr>
      <w:r>
        <w:t xml:space="preserve">Complete a draft of </w:t>
      </w:r>
      <w:r w:rsidRPr="000D463F">
        <w:rPr>
          <w:b/>
          <w:bCs/>
        </w:rPr>
        <w:t>Toni’s script</w:t>
      </w:r>
      <w:r w:rsidR="00C65CC4">
        <w:t xml:space="preserve"> and get Toni’s feedback</w:t>
      </w:r>
      <w:r>
        <w:t>.</w:t>
      </w:r>
    </w:p>
    <w:p w14:paraId="20D1406E" w14:textId="07288911" w:rsidR="00CE7475" w:rsidRDefault="00CE7475" w:rsidP="000D463F">
      <w:pPr>
        <w:pStyle w:val="ListParagraph"/>
        <w:numPr>
          <w:ilvl w:val="0"/>
          <w:numId w:val="13"/>
        </w:numPr>
      </w:pPr>
      <w:r w:rsidRPr="000D463F">
        <w:rPr>
          <w:b/>
          <w:bCs/>
        </w:rPr>
        <w:t xml:space="preserve">Confirm </w:t>
      </w:r>
      <w:r w:rsidR="00C65CC4" w:rsidRPr="000D463F">
        <w:rPr>
          <w:b/>
          <w:bCs/>
        </w:rPr>
        <w:t>music</w:t>
      </w:r>
      <w:r w:rsidR="00C65CC4">
        <w:t xml:space="preserve">. </w:t>
      </w:r>
      <w:r>
        <w:t xml:space="preserve">Taps, Paiute music, playlist for the flower building, Phylis is already confirmed. </w:t>
      </w:r>
    </w:p>
    <w:p w14:paraId="28A09C7D" w14:textId="0A2C5258" w:rsidR="00CE7475" w:rsidRDefault="00CE7475" w:rsidP="000D463F">
      <w:pPr>
        <w:pStyle w:val="ListParagraph"/>
        <w:numPr>
          <w:ilvl w:val="0"/>
          <w:numId w:val="13"/>
        </w:numPr>
      </w:pPr>
      <w:r w:rsidRPr="000D463F">
        <w:rPr>
          <w:b/>
          <w:bCs/>
        </w:rPr>
        <w:t>Confirm sound equipment</w:t>
      </w:r>
      <w:r>
        <w:t xml:space="preserve"> for the playlist at the flower building. Phylis has her own sound equipment</w:t>
      </w:r>
      <w:r w:rsidR="003C5D09">
        <w:t xml:space="preserve"> for the Museum</w:t>
      </w:r>
      <w:r>
        <w:t>.</w:t>
      </w:r>
    </w:p>
    <w:p w14:paraId="30B5A742" w14:textId="0ABE4A98" w:rsidR="003C5D09" w:rsidRDefault="003C5D09" w:rsidP="000D463F">
      <w:pPr>
        <w:pStyle w:val="ListParagraph"/>
        <w:numPr>
          <w:ilvl w:val="0"/>
          <w:numId w:val="13"/>
        </w:numPr>
      </w:pPr>
      <w:r>
        <w:t xml:space="preserve">Make sure </w:t>
      </w:r>
      <w:r w:rsidRPr="000D463F">
        <w:rPr>
          <w:b/>
          <w:bCs/>
        </w:rPr>
        <w:t>Ted has his equipment</w:t>
      </w:r>
      <w:r>
        <w:t xml:space="preserve"> figured out and if he needs help with </w:t>
      </w:r>
      <w:proofErr w:type="gramStart"/>
      <w:r>
        <w:t>set</w:t>
      </w:r>
      <w:proofErr w:type="gramEnd"/>
      <w:r>
        <w:t xml:space="preserve"> up.</w:t>
      </w:r>
    </w:p>
    <w:p w14:paraId="3A478C99" w14:textId="2E4B1C05" w:rsidR="003C5D09" w:rsidRDefault="003C5D09" w:rsidP="000D463F">
      <w:pPr>
        <w:pStyle w:val="ListParagraph"/>
        <w:numPr>
          <w:ilvl w:val="0"/>
          <w:numId w:val="13"/>
        </w:numPr>
      </w:pPr>
      <w:r>
        <w:t xml:space="preserve">Make sure the </w:t>
      </w:r>
      <w:proofErr w:type="spellStart"/>
      <w:r w:rsidRPr="000D463F">
        <w:rPr>
          <w:b/>
          <w:bCs/>
        </w:rPr>
        <w:t>pop corn</w:t>
      </w:r>
      <w:proofErr w:type="spellEnd"/>
      <w:r w:rsidRPr="000D463F">
        <w:rPr>
          <w:b/>
          <w:bCs/>
        </w:rPr>
        <w:t xml:space="preserve"> machine</w:t>
      </w:r>
      <w:r>
        <w:t xml:space="preserve"> is scheduled and confirm who will work it.</w:t>
      </w:r>
    </w:p>
    <w:p w14:paraId="504E2AF5" w14:textId="33DFAC95" w:rsidR="00C65CC4" w:rsidRDefault="00ED2C52" w:rsidP="000D463F">
      <w:pPr>
        <w:pStyle w:val="ListParagraph"/>
        <w:numPr>
          <w:ilvl w:val="0"/>
          <w:numId w:val="13"/>
        </w:numPr>
      </w:pPr>
      <w:r w:rsidRPr="000D463F">
        <w:rPr>
          <w:b/>
          <w:bCs/>
        </w:rPr>
        <w:t>Confirmed</w:t>
      </w:r>
      <w:r w:rsidR="00C65CC4" w:rsidRPr="000D463F">
        <w:rPr>
          <w:b/>
          <w:bCs/>
        </w:rPr>
        <w:t xml:space="preserve"> food and beverage coordinator</w:t>
      </w:r>
      <w:r w:rsidR="00C65CC4">
        <w:t xml:space="preserve"> in charge of food and beverage.</w:t>
      </w:r>
    </w:p>
    <w:p w14:paraId="6DE71BAC" w14:textId="4C316413" w:rsidR="00436C96" w:rsidRPr="003C5D09" w:rsidRDefault="00C65C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By </w:t>
      </w:r>
      <w:r w:rsidR="003C5D09" w:rsidRPr="003C5D09">
        <w:rPr>
          <w:b/>
          <w:sz w:val="28"/>
          <w:szCs w:val="28"/>
        </w:rPr>
        <w:t>November 6</w:t>
      </w:r>
    </w:p>
    <w:p w14:paraId="1A7DDAF1" w14:textId="4E849B1F" w:rsidR="003C5D09" w:rsidRDefault="003C5D09">
      <w:pPr>
        <w:rPr>
          <w:bCs/>
        </w:rPr>
      </w:pPr>
      <w:r w:rsidRPr="003C5D09">
        <w:rPr>
          <w:bCs/>
        </w:rPr>
        <w:t>All sponsor posters must be in.</w:t>
      </w:r>
    </w:p>
    <w:p w14:paraId="0546319B" w14:textId="77777777" w:rsidR="00C65CC4" w:rsidRDefault="00C65CC4">
      <w:pPr>
        <w:rPr>
          <w:bCs/>
        </w:rPr>
      </w:pPr>
      <w:r>
        <w:rPr>
          <w:bCs/>
        </w:rPr>
        <w:t>Food and beverage:</w:t>
      </w:r>
    </w:p>
    <w:p w14:paraId="51836183" w14:textId="54D833C0" w:rsidR="003C5D09" w:rsidRPr="00C65CC4" w:rsidRDefault="003C5D09" w:rsidP="00ED2C52">
      <w:pPr>
        <w:pStyle w:val="ListParagraph"/>
        <w:numPr>
          <w:ilvl w:val="0"/>
          <w:numId w:val="10"/>
        </w:numPr>
        <w:rPr>
          <w:bCs/>
        </w:rPr>
      </w:pPr>
      <w:r w:rsidRPr="00C65CC4">
        <w:rPr>
          <w:bCs/>
        </w:rPr>
        <w:t>Confirm Who will assist with Dan’s root beer serving</w:t>
      </w:r>
    </w:p>
    <w:p w14:paraId="2650A4C4" w14:textId="01CAA8A1" w:rsidR="003C5D09" w:rsidRPr="00C65CC4" w:rsidRDefault="00C65CC4" w:rsidP="00ED2C52">
      <w:pPr>
        <w:pStyle w:val="ListParagraph"/>
        <w:numPr>
          <w:ilvl w:val="0"/>
          <w:numId w:val="10"/>
        </w:numPr>
        <w:rPr>
          <w:bCs/>
        </w:rPr>
      </w:pPr>
      <w:r w:rsidRPr="00C65CC4">
        <w:rPr>
          <w:bCs/>
        </w:rPr>
        <w:t>Confirm who will man the popcorn machine and how it will get there.</w:t>
      </w:r>
    </w:p>
    <w:p w14:paraId="00DAD8EC" w14:textId="77777777" w:rsidR="00C65CC4" w:rsidRPr="00ED2C52" w:rsidRDefault="00C65CC4" w:rsidP="00ED2C52">
      <w:pPr>
        <w:pStyle w:val="ListParagraph"/>
        <w:numPr>
          <w:ilvl w:val="0"/>
          <w:numId w:val="10"/>
        </w:numPr>
        <w:rPr>
          <w:b/>
          <w:bCs/>
        </w:rPr>
      </w:pPr>
      <w:r w:rsidRPr="00ED2C52">
        <w:rPr>
          <w:bCs/>
        </w:rPr>
        <w:t>Confirm who will be in charge of setting up the food at the flower building and the museum.</w:t>
      </w:r>
      <w:r w:rsidRPr="00ED2C52">
        <w:rPr>
          <w:b/>
          <w:bCs/>
        </w:rPr>
        <w:t xml:space="preserve"> </w:t>
      </w:r>
    </w:p>
    <w:p w14:paraId="558340E9" w14:textId="4017F1FF" w:rsidR="00C65CC4" w:rsidRDefault="00ED2C52" w:rsidP="00ED2C52">
      <w:pPr>
        <w:pStyle w:val="ListParagraph"/>
        <w:numPr>
          <w:ilvl w:val="0"/>
          <w:numId w:val="10"/>
        </w:numPr>
      </w:pPr>
      <w:r w:rsidRPr="00ED2C52">
        <w:rPr>
          <w:b/>
          <w:bCs/>
        </w:rPr>
        <w:t xml:space="preserve">Double </w:t>
      </w:r>
      <w:r w:rsidR="00C65CC4" w:rsidRPr="00ED2C52">
        <w:rPr>
          <w:b/>
          <w:bCs/>
        </w:rPr>
        <w:t>Confirm food</w:t>
      </w:r>
      <w:r w:rsidR="00C65CC4">
        <w:t xml:space="preserve"> </w:t>
      </w:r>
      <w:r w:rsidR="00C65CC4" w:rsidRPr="00ED2C52">
        <w:rPr>
          <w:b/>
          <w:bCs/>
        </w:rPr>
        <w:t>and beverage</w:t>
      </w:r>
      <w:r w:rsidR="00C65CC4">
        <w:t xml:space="preserve"> that sponsors committed to. </w:t>
      </w:r>
    </w:p>
    <w:p w14:paraId="4B60F78B" w14:textId="275E0708" w:rsidR="00C65CC4" w:rsidRPr="00C65CC4" w:rsidRDefault="00C65CC4" w:rsidP="00ED2C52">
      <w:pPr>
        <w:pStyle w:val="ListParagraph"/>
        <w:rPr>
          <w:bCs/>
        </w:rPr>
      </w:pPr>
    </w:p>
    <w:p w14:paraId="1B21FDAD" w14:textId="35ED2029" w:rsidR="003C5D09" w:rsidRDefault="003C5D09">
      <w:pPr>
        <w:rPr>
          <w:b/>
          <w:sz w:val="28"/>
          <w:szCs w:val="28"/>
        </w:rPr>
      </w:pPr>
      <w:r w:rsidRPr="003C5D09">
        <w:rPr>
          <w:b/>
          <w:sz w:val="28"/>
          <w:szCs w:val="28"/>
        </w:rPr>
        <w:t>November 10</w:t>
      </w:r>
      <w:r w:rsidR="00ED2C52">
        <w:rPr>
          <w:b/>
          <w:sz w:val="28"/>
          <w:szCs w:val="28"/>
        </w:rPr>
        <w:t xml:space="preserve"> - 12</w:t>
      </w:r>
    </w:p>
    <w:p w14:paraId="225B332B" w14:textId="26910538" w:rsidR="00C65CC4" w:rsidRPr="00C65CC4" w:rsidRDefault="00C65CC4">
      <w:pPr>
        <w:rPr>
          <w:bCs/>
        </w:rPr>
      </w:pPr>
      <w:r w:rsidRPr="00C65CC4">
        <w:rPr>
          <w:bCs/>
        </w:rPr>
        <w:t>Flower building set up</w:t>
      </w:r>
    </w:p>
    <w:p w14:paraId="5A51D2DA" w14:textId="77777777" w:rsidR="003C5D09" w:rsidRPr="00C65CC4" w:rsidRDefault="003C5D09" w:rsidP="00C65CC4">
      <w:pPr>
        <w:pStyle w:val="ListParagraph"/>
        <w:numPr>
          <w:ilvl w:val="0"/>
          <w:numId w:val="11"/>
        </w:numPr>
        <w:rPr>
          <w:bCs/>
        </w:rPr>
      </w:pPr>
      <w:r w:rsidRPr="00C65CC4">
        <w:rPr>
          <w:bCs/>
        </w:rPr>
        <w:t>Clean the flower building and set up chairs.</w:t>
      </w:r>
    </w:p>
    <w:p w14:paraId="561D9623" w14:textId="72D5C4EB" w:rsidR="00436C96" w:rsidRPr="00C65CC4" w:rsidRDefault="003C5D09" w:rsidP="00C65CC4">
      <w:pPr>
        <w:pStyle w:val="ListParagraph"/>
        <w:numPr>
          <w:ilvl w:val="0"/>
          <w:numId w:val="11"/>
        </w:numPr>
        <w:rPr>
          <w:bCs/>
        </w:rPr>
      </w:pPr>
      <w:r w:rsidRPr="00C65CC4">
        <w:rPr>
          <w:bCs/>
        </w:rPr>
        <w:t>Have the coffee and food serving dishes, in place at the flower building.</w:t>
      </w:r>
      <w:r w:rsidR="00000000" w:rsidRPr="00C65CC4">
        <w:rPr>
          <w:bCs/>
        </w:rPr>
        <w:t xml:space="preserve">  </w:t>
      </w:r>
    </w:p>
    <w:p w14:paraId="4810BEFC" w14:textId="77777777" w:rsidR="00ED2C52" w:rsidRPr="00ED2C52" w:rsidRDefault="003C5D09" w:rsidP="00C65CC4">
      <w:pPr>
        <w:pStyle w:val="ListParagraph"/>
        <w:numPr>
          <w:ilvl w:val="0"/>
          <w:numId w:val="11"/>
        </w:numPr>
        <w:rPr>
          <w:bCs/>
        </w:rPr>
      </w:pPr>
      <w:r w:rsidRPr="00C65CC4">
        <w:rPr>
          <w:bCs/>
        </w:rPr>
        <w:t>Hang sponsor posters.</w:t>
      </w:r>
      <w:r w:rsidR="00ED2C52" w:rsidRPr="00ED2C52">
        <w:t xml:space="preserve"> </w:t>
      </w:r>
    </w:p>
    <w:p w14:paraId="119A9EA5" w14:textId="470BBBCF" w:rsidR="003C5D09" w:rsidRPr="000D463F" w:rsidRDefault="00ED2C52" w:rsidP="00C65CC4">
      <w:pPr>
        <w:pStyle w:val="ListParagraph"/>
        <w:numPr>
          <w:ilvl w:val="0"/>
          <w:numId w:val="11"/>
        </w:numPr>
        <w:rPr>
          <w:bCs/>
        </w:rPr>
      </w:pPr>
      <w:r>
        <w:t>Ted s</w:t>
      </w:r>
      <w:r>
        <w:t>et up projection and sound at the Flower Building.</w:t>
      </w:r>
    </w:p>
    <w:p w14:paraId="235BC05A" w14:textId="47653816" w:rsidR="000D463F" w:rsidRDefault="000D463F" w:rsidP="00C65CC4">
      <w:pPr>
        <w:pStyle w:val="ListParagraph"/>
        <w:numPr>
          <w:ilvl w:val="0"/>
          <w:numId w:val="11"/>
        </w:numPr>
        <w:rPr>
          <w:bCs/>
        </w:rPr>
      </w:pPr>
      <w:r>
        <w:t>Test film playback, sound, microphones, playlist, and music transitions.</w:t>
      </w:r>
    </w:p>
    <w:p w14:paraId="785A8C5C" w14:textId="730DCD0F" w:rsidR="00ED2C52" w:rsidRPr="00ED2C52" w:rsidRDefault="00ED2C52" w:rsidP="00ED2C52">
      <w:pPr>
        <w:rPr>
          <w:b/>
          <w:sz w:val="28"/>
          <w:szCs w:val="28"/>
        </w:rPr>
      </w:pPr>
      <w:r w:rsidRPr="00ED2C52">
        <w:rPr>
          <w:b/>
          <w:sz w:val="28"/>
          <w:szCs w:val="28"/>
        </w:rPr>
        <w:t>November 10-12</w:t>
      </w:r>
    </w:p>
    <w:p w14:paraId="297B4FF9" w14:textId="74DED11B" w:rsidR="00ED2C52" w:rsidRPr="000D463F" w:rsidRDefault="00ED2C52" w:rsidP="000D463F">
      <w:pPr>
        <w:pStyle w:val="ListParagraph"/>
        <w:numPr>
          <w:ilvl w:val="0"/>
          <w:numId w:val="12"/>
        </w:numPr>
        <w:rPr>
          <w:bCs/>
        </w:rPr>
      </w:pPr>
      <w:r w:rsidRPr="000D463F">
        <w:rPr>
          <w:bCs/>
        </w:rPr>
        <w:t>All food and beverage must be delivered to frig at flower building or museum.</w:t>
      </w:r>
    </w:p>
    <w:p w14:paraId="778643AA" w14:textId="75222E0F" w:rsidR="00ED2C52" w:rsidRDefault="00ED2C52" w:rsidP="000D463F">
      <w:pPr>
        <w:pStyle w:val="ListParagraph"/>
        <w:numPr>
          <w:ilvl w:val="0"/>
          <w:numId w:val="12"/>
        </w:numPr>
      </w:pPr>
      <w:r w:rsidRPr="000D463F">
        <w:rPr>
          <w:bCs/>
        </w:rPr>
        <w:t>Serving dishes and paper plates and cups to museum and flower building.</w:t>
      </w:r>
    </w:p>
    <w:p w14:paraId="481591E8" w14:textId="4B00C4AF" w:rsidR="00436C96" w:rsidRDefault="00000000">
      <w:pPr>
        <w:pStyle w:val="Heading1"/>
      </w:pPr>
      <w:r>
        <w:t>Event day preparation</w:t>
      </w:r>
    </w:p>
    <w:p w14:paraId="43D2F325" w14:textId="772404EC" w:rsidR="00436C96" w:rsidRDefault="000D463F" w:rsidP="000D463F">
      <w:pPr>
        <w:pStyle w:val="ListParagraph"/>
        <w:numPr>
          <w:ilvl w:val="0"/>
          <w:numId w:val="14"/>
        </w:numPr>
      </w:pPr>
      <w:r w:rsidRPr="000D463F">
        <w:rPr>
          <w:b/>
        </w:rPr>
        <w:t>noon</w:t>
      </w:r>
      <w:r w:rsidR="00000000" w:rsidRPr="000D463F">
        <w:rPr>
          <w:b/>
        </w:rPr>
        <w:t xml:space="preserve"> to </w:t>
      </w:r>
      <w:r w:rsidRPr="000D463F">
        <w:rPr>
          <w:b/>
        </w:rPr>
        <w:t>4:30</w:t>
      </w:r>
      <w:r w:rsidR="00000000" w:rsidRPr="000D463F">
        <w:rPr>
          <w:b/>
        </w:rPr>
        <w:t xml:space="preserve"> pm  </w:t>
      </w:r>
      <w:r w:rsidR="00000000">
        <w:t>Arrange refreshment tables</w:t>
      </w:r>
      <w:r>
        <w:t xml:space="preserve"> at the museum and flower building.</w:t>
      </w:r>
      <w:r w:rsidRPr="000D463F">
        <w:t xml:space="preserve"> </w:t>
      </w:r>
      <w:r>
        <w:t>Prepare both refreshment stations and coffee service. Place candy and serving supplies. Keep appropriate food and drinks chilled until service.</w:t>
      </w:r>
    </w:p>
    <w:p w14:paraId="0EC6AFE1" w14:textId="674C7E8D" w:rsidR="00436C96" w:rsidRDefault="000D463F" w:rsidP="000D463F">
      <w:pPr>
        <w:pStyle w:val="ListParagraph"/>
        <w:numPr>
          <w:ilvl w:val="0"/>
          <w:numId w:val="14"/>
        </w:numPr>
      </w:pPr>
      <w:r w:rsidRPr="000D463F">
        <w:rPr>
          <w:b/>
        </w:rPr>
        <w:t>noon</w:t>
      </w:r>
      <w:r w:rsidR="00000000" w:rsidRPr="000D463F">
        <w:rPr>
          <w:b/>
        </w:rPr>
        <w:t xml:space="preserve">  </w:t>
      </w:r>
      <w:r w:rsidR="00000000">
        <w:t>Receive and set up the popcorn machine and root beer keg</w:t>
      </w:r>
      <w:r>
        <w:t>.</w:t>
      </w:r>
    </w:p>
    <w:p w14:paraId="7756119E" w14:textId="3900AA13" w:rsidR="00436C96" w:rsidRPr="000D463F" w:rsidRDefault="00000000" w:rsidP="000D463F">
      <w:pPr>
        <w:pStyle w:val="ListParagraph"/>
        <w:numPr>
          <w:ilvl w:val="0"/>
          <w:numId w:val="14"/>
        </w:numPr>
        <w:rPr>
          <w:bCs/>
        </w:rPr>
      </w:pPr>
      <w:r w:rsidRPr="000D463F">
        <w:rPr>
          <w:b/>
        </w:rPr>
        <w:t xml:space="preserve">4 to 5 pm  </w:t>
      </w:r>
      <w:r w:rsidR="000D463F" w:rsidRPr="000D463F">
        <w:rPr>
          <w:bCs/>
        </w:rPr>
        <w:t xml:space="preserve">Phyllis sets up </w:t>
      </w:r>
    </w:p>
    <w:p w14:paraId="3BEED428" w14:textId="517E03C9" w:rsidR="00436C96" w:rsidRDefault="00000000" w:rsidP="000D463F">
      <w:pPr>
        <w:pStyle w:val="ListParagraph"/>
        <w:numPr>
          <w:ilvl w:val="0"/>
          <w:numId w:val="14"/>
        </w:numPr>
      </w:pPr>
      <w:r w:rsidRPr="000D463F">
        <w:rPr>
          <w:b/>
        </w:rPr>
        <w:t xml:space="preserve">5 to 5:30 pm  </w:t>
      </w:r>
      <w:r w:rsidR="000D463F">
        <w:t>Featured hosts</w:t>
      </w:r>
      <w:r>
        <w:t xml:space="preserve"> arrive at suggested times for final checks. Brief the hosts, check Toni’s microphone and script, and confirm Ted’s screening and Q&amp;A cues.</w:t>
      </w:r>
    </w:p>
    <w:p w14:paraId="544DE2D0" w14:textId="77777777" w:rsidR="00436C96" w:rsidRDefault="00000000" w:rsidP="000D463F">
      <w:pPr>
        <w:pStyle w:val="ListParagraph"/>
        <w:numPr>
          <w:ilvl w:val="0"/>
          <w:numId w:val="14"/>
        </w:numPr>
      </w:pPr>
      <w:r w:rsidRPr="000D463F">
        <w:rPr>
          <w:b/>
        </w:rPr>
        <w:t xml:space="preserve">5:30 to 5:50 pm  </w:t>
      </w:r>
      <w:r>
        <w:t>Finish coffee and snacks; prepare popcorn and beverages. Ready last-minute ticket sales at the museum. Complete a final walk-through of both buildings.</w:t>
      </w:r>
    </w:p>
    <w:p w14:paraId="3A63C874" w14:textId="6C486AB4" w:rsidR="00436C96" w:rsidRDefault="00000000">
      <w:r>
        <w:br w:type="page"/>
      </w:r>
    </w:p>
    <w:sectPr w:rsidR="00436C96" w:rsidSect="00034616">
      <w:footerReference w:type="default" r:id="rId8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E1CD3" w14:textId="77777777" w:rsidR="008428F2" w:rsidRDefault="008428F2">
      <w:pPr>
        <w:spacing w:after="0"/>
      </w:pPr>
      <w:r>
        <w:separator/>
      </w:r>
    </w:p>
  </w:endnote>
  <w:endnote w:type="continuationSeparator" w:id="0">
    <w:p w14:paraId="24328CC4" w14:textId="77777777" w:rsidR="008428F2" w:rsidRDefault="008428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5340" w14:textId="77777777" w:rsidR="00436C96" w:rsidRDefault="00000000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CE747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6CDF8" w14:textId="77777777" w:rsidR="008428F2" w:rsidRDefault="008428F2">
      <w:pPr>
        <w:spacing w:after="0"/>
      </w:pPr>
      <w:r>
        <w:separator/>
      </w:r>
    </w:p>
  </w:footnote>
  <w:footnote w:type="continuationSeparator" w:id="0">
    <w:p w14:paraId="2BCD84E3" w14:textId="77777777" w:rsidR="008428F2" w:rsidRDefault="008428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CE54DD"/>
    <w:multiLevelType w:val="hybridMultilevel"/>
    <w:tmpl w:val="F148E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44E51"/>
    <w:multiLevelType w:val="hybridMultilevel"/>
    <w:tmpl w:val="8D3E1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D7752"/>
    <w:multiLevelType w:val="hybridMultilevel"/>
    <w:tmpl w:val="C0BEE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3F0D4B"/>
    <w:multiLevelType w:val="hybridMultilevel"/>
    <w:tmpl w:val="07665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618C9"/>
    <w:multiLevelType w:val="hybridMultilevel"/>
    <w:tmpl w:val="10BEA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838753">
    <w:abstractNumId w:val="8"/>
  </w:num>
  <w:num w:numId="2" w16cid:durableId="695544571">
    <w:abstractNumId w:val="6"/>
  </w:num>
  <w:num w:numId="3" w16cid:durableId="580066193">
    <w:abstractNumId w:val="5"/>
  </w:num>
  <w:num w:numId="4" w16cid:durableId="1873876448">
    <w:abstractNumId w:val="4"/>
  </w:num>
  <w:num w:numId="5" w16cid:durableId="441388954">
    <w:abstractNumId w:val="7"/>
  </w:num>
  <w:num w:numId="6" w16cid:durableId="1022126141">
    <w:abstractNumId w:val="3"/>
  </w:num>
  <w:num w:numId="7" w16cid:durableId="482935094">
    <w:abstractNumId w:val="2"/>
  </w:num>
  <w:num w:numId="8" w16cid:durableId="1013072660">
    <w:abstractNumId w:val="1"/>
  </w:num>
  <w:num w:numId="9" w16cid:durableId="1798335075">
    <w:abstractNumId w:val="0"/>
  </w:num>
  <w:num w:numId="10" w16cid:durableId="258635903">
    <w:abstractNumId w:val="12"/>
  </w:num>
  <w:num w:numId="11" w16cid:durableId="1657758563">
    <w:abstractNumId w:val="9"/>
  </w:num>
  <w:num w:numId="12" w16cid:durableId="1761752653">
    <w:abstractNumId w:val="13"/>
  </w:num>
  <w:num w:numId="13" w16cid:durableId="1339312854">
    <w:abstractNumId w:val="10"/>
  </w:num>
  <w:num w:numId="14" w16cid:durableId="482697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463F"/>
    <w:rsid w:val="0015074B"/>
    <w:rsid w:val="0029639D"/>
    <w:rsid w:val="00326F90"/>
    <w:rsid w:val="003C5D09"/>
    <w:rsid w:val="00402193"/>
    <w:rsid w:val="00436C96"/>
    <w:rsid w:val="008428F2"/>
    <w:rsid w:val="00AA1D8D"/>
    <w:rsid w:val="00B47730"/>
    <w:rsid w:val="00C65CC4"/>
    <w:rsid w:val="00CB0664"/>
    <w:rsid w:val="00CE7475"/>
    <w:rsid w:val="00ED2C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0F3CF8"/>
  <w14:defaultImageDpi w14:val="300"/>
  <w15:docId w15:val="{598D7F9C-B726-435F-9FC2-DD85864C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cynthia kienitz</cp:lastModifiedBy>
  <cp:revision>2</cp:revision>
  <dcterms:created xsi:type="dcterms:W3CDTF">2013-12-23T23:15:00Z</dcterms:created>
  <dcterms:modified xsi:type="dcterms:W3CDTF">2026-10-05T00:32:00Z</dcterms:modified>
  <cp:category/>
</cp:coreProperties>
</file>