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73C87" w14:textId="77777777" w:rsidR="009B486E" w:rsidRDefault="00000000">
      <w:pPr>
        <w:pStyle w:val="Title"/>
      </w:pPr>
      <w:r>
        <w:t>Weird Tales Premiere Budget</w:t>
      </w:r>
    </w:p>
    <w:p w14:paraId="6519F26A" w14:textId="77777777" w:rsidR="009B486E" w:rsidRDefault="00000000">
      <w:r>
        <w:t>Enter the cost for each expense below.</w:t>
      </w:r>
    </w:p>
    <w:p w14:paraId="2F75B183" w14:textId="77777777" w:rsidR="009B486E" w:rsidRDefault="00000000">
      <w:pPr>
        <w:pStyle w:val="Heading1"/>
      </w:pPr>
      <w:r>
        <w:t>Posters</w:t>
      </w:r>
    </w:p>
    <w:p w14:paraId="5127C2BC" w14:textId="07707574" w:rsidR="009B486E" w:rsidRDefault="00000000">
      <w:pPr>
        <w:tabs>
          <w:tab w:val="right" w:pos="9504"/>
        </w:tabs>
      </w:pPr>
      <w:r>
        <w:t>Poster blanks</w:t>
      </w:r>
      <w:r w:rsidR="00F97BF6">
        <w:t xml:space="preserve"> printing</w:t>
      </w:r>
      <w:r>
        <w:tab/>
        <w:t xml:space="preserve">$ </w:t>
      </w:r>
      <w:r w:rsidR="00F97BF6">
        <w:t>100</w:t>
      </w:r>
    </w:p>
    <w:p w14:paraId="6034B18D" w14:textId="77777777" w:rsidR="009B486E" w:rsidRDefault="00000000">
      <w:pPr>
        <w:pStyle w:val="Heading1"/>
      </w:pPr>
      <w:r>
        <w:t>Music</w:t>
      </w:r>
    </w:p>
    <w:p w14:paraId="608C4669" w14:textId="2B5DE320" w:rsidR="009B486E" w:rsidRDefault="00000000">
      <w:pPr>
        <w:tabs>
          <w:tab w:val="right" w:pos="9504"/>
        </w:tabs>
      </w:pPr>
      <w:r>
        <w:t>Phyllis Nefsky</w:t>
      </w:r>
      <w:r>
        <w:tab/>
        <w:t xml:space="preserve">$ </w:t>
      </w:r>
      <w:r w:rsidR="00F97BF6">
        <w:t>90-175</w:t>
      </w:r>
    </w:p>
    <w:p w14:paraId="00762255" w14:textId="77777777" w:rsidR="009B486E" w:rsidRDefault="00000000">
      <w:pPr>
        <w:pStyle w:val="Heading1"/>
      </w:pPr>
      <w:r>
        <w:t>Food and Beverage</w:t>
      </w:r>
    </w:p>
    <w:p w14:paraId="4F0FD7D7" w14:textId="7294DF0C" w:rsidR="009B486E" w:rsidRDefault="00000000">
      <w:pPr>
        <w:tabs>
          <w:tab w:val="right" w:pos="9504"/>
        </w:tabs>
      </w:pPr>
      <w:r>
        <w:t>Museum food</w:t>
      </w:r>
      <w:r>
        <w:tab/>
        <w:t xml:space="preserve">$ </w:t>
      </w:r>
      <w:r w:rsidR="00F97BF6">
        <w:t>150</w:t>
      </w:r>
    </w:p>
    <w:p w14:paraId="2DD83F74" w14:textId="37447749" w:rsidR="009B486E" w:rsidRDefault="00000000">
      <w:pPr>
        <w:tabs>
          <w:tab w:val="right" w:pos="9504"/>
        </w:tabs>
      </w:pPr>
      <w:r>
        <w:t>Flower Building candy</w:t>
      </w:r>
      <w:r>
        <w:tab/>
        <w:t xml:space="preserve">$ </w:t>
      </w:r>
      <w:r w:rsidR="00F97BF6">
        <w:t>150</w:t>
      </w:r>
    </w:p>
    <w:p w14:paraId="5C071D1B" w14:textId="33465861" w:rsidR="009B486E" w:rsidRDefault="00000000">
      <w:pPr>
        <w:tabs>
          <w:tab w:val="right" w:pos="9504"/>
        </w:tabs>
      </w:pPr>
      <w:r>
        <w:t>Flower Building popcorn</w:t>
      </w:r>
      <w:r>
        <w:tab/>
        <w:t xml:space="preserve">$ </w:t>
      </w:r>
      <w:r w:rsidR="00F97BF6">
        <w:t>?</w:t>
      </w:r>
    </w:p>
    <w:p w14:paraId="17F47817" w14:textId="77777777" w:rsidR="009B486E" w:rsidRDefault="00000000">
      <w:pPr>
        <w:pStyle w:val="Heading1"/>
      </w:pPr>
      <w:r>
        <w:t>Serving and Coffee Supplies</w:t>
      </w:r>
    </w:p>
    <w:p w14:paraId="18AFD7AF" w14:textId="3F17717C" w:rsidR="009B486E" w:rsidRDefault="00000000">
      <w:pPr>
        <w:tabs>
          <w:tab w:val="right" w:pos="9504"/>
        </w:tabs>
      </w:pPr>
      <w:r>
        <w:t>Plates</w:t>
      </w:r>
      <w:r w:rsidR="00F97BF6">
        <w:t xml:space="preserve"> 100</w:t>
      </w:r>
      <w:r>
        <w:tab/>
        <w:t xml:space="preserve">$ </w:t>
      </w:r>
      <w:r w:rsidR="00F97BF6">
        <w:t>10</w:t>
      </w:r>
    </w:p>
    <w:p w14:paraId="2CF2196F" w14:textId="46F642CF" w:rsidR="009B486E" w:rsidRDefault="00000000">
      <w:pPr>
        <w:tabs>
          <w:tab w:val="right" w:pos="9504"/>
        </w:tabs>
      </w:pPr>
      <w:r>
        <w:t>Napkins</w:t>
      </w:r>
      <w:r w:rsidR="00F97BF6">
        <w:t xml:space="preserve"> 500</w:t>
      </w:r>
      <w:r>
        <w:tab/>
        <w:t xml:space="preserve">$ </w:t>
      </w:r>
      <w:r w:rsidR="00F97BF6">
        <w:t>5</w:t>
      </w:r>
    </w:p>
    <w:p w14:paraId="5EC68E64" w14:textId="6731B8F3" w:rsidR="009B486E" w:rsidRDefault="00000000">
      <w:pPr>
        <w:tabs>
          <w:tab w:val="right" w:pos="9504"/>
        </w:tabs>
      </w:pPr>
      <w:r>
        <w:t>Cups</w:t>
      </w:r>
      <w:r w:rsidR="00F97BF6">
        <w:t>: 80 hot and 100 cold</w:t>
      </w:r>
      <w:r>
        <w:tab/>
        <w:t xml:space="preserve">$ </w:t>
      </w:r>
      <w:r w:rsidR="00F97BF6">
        <w:t>25</w:t>
      </w:r>
    </w:p>
    <w:p w14:paraId="02516EB8" w14:textId="11D99461" w:rsidR="009B486E" w:rsidRDefault="00000000">
      <w:pPr>
        <w:tabs>
          <w:tab w:val="right" w:pos="9504"/>
        </w:tabs>
      </w:pPr>
      <w:r>
        <w:t>Popcorn bags</w:t>
      </w:r>
      <w:r w:rsidR="00F97BF6">
        <w:t xml:space="preserve"> 100</w:t>
      </w:r>
      <w:r>
        <w:tab/>
        <w:t xml:space="preserve">$ </w:t>
      </w:r>
      <w:r w:rsidR="00F97BF6">
        <w:t>15</w:t>
      </w:r>
    </w:p>
    <w:p w14:paraId="09113AE6" w14:textId="01A33FA6" w:rsidR="009B486E" w:rsidRDefault="00000000">
      <w:pPr>
        <w:tabs>
          <w:tab w:val="right" w:pos="9504"/>
        </w:tabs>
      </w:pPr>
      <w:r>
        <w:t>Coffee</w:t>
      </w:r>
      <w:r w:rsidR="00F97BF6">
        <w:t xml:space="preserve"> two 30.5 oz containers</w:t>
      </w:r>
      <w:r>
        <w:tab/>
        <w:t xml:space="preserve">$ </w:t>
      </w:r>
      <w:r w:rsidR="00F97BF6">
        <w:t>30</w:t>
      </w:r>
    </w:p>
    <w:p w14:paraId="750D49EB" w14:textId="5B63E78D" w:rsidR="009B486E" w:rsidRDefault="00000000">
      <w:pPr>
        <w:tabs>
          <w:tab w:val="right" w:pos="9504"/>
        </w:tabs>
      </w:pPr>
      <w:r>
        <w:t>Sugar</w:t>
      </w:r>
      <w:r w:rsidR="00F97BF6">
        <w:t xml:space="preserve"> </w:t>
      </w:r>
      <w:r>
        <w:tab/>
        <w:t xml:space="preserve">$ </w:t>
      </w:r>
      <w:r w:rsidR="00F97BF6">
        <w:t>5</w:t>
      </w:r>
    </w:p>
    <w:p w14:paraId="19D9AE55" w14:textId="3BFD7F5B" w:rsidR="009B486E" w:rsidRDefault="00000000">
      <w:pPr>
        <w:tabs>
          <w:tab w:val="right" w:pos="9504"/>
        </w:tabs>
      </w:pPr>
      <w:r>
        <w:t>Creamer</w:t>
      </w:r>
      <w:r>
        <w:tab/>
        <w:t>$</w:t>
      </w:r>
      <w:r w:rsidR="00F97BF6">
        <w:t>15</w:t>
      </w:r>
    </w:p>
    <w:p w14:paraId="4F01A1B5" w14:textId="19AC32C8" w:rsidR="009B486E" w:rsidRDefault="00000000">
      <w:pPr>
        <w:tabs>
          <w:tab w:val="right" w:pos="9504"/>
        </w:tabs>
        <w:spacing w:before="320"/>
        <w:rPr>
          <w:b/>
        </w:rPr>
      </w:pPr>
      <w:r>
        <w:rPr>
          <w:b/>
        </w:rPr>
        <w:t>Total expenses</w:t>
      </w:r>
      <w:r>
        <w:rPr>
          <w:b/>
        </w:rPr>
        <w:tab/>
        <w:t xml:space="preserve">$ </w:t>
      </w:r>
      <w:r w:rsidR="00F97BF6">
        <w:rPr>
          <w:b/>
        </w:rPr>
        <w:t>680</w:t>
      </w:r>
    </w:p>
    <w:p w14:paraId="687F2DC5" w14:textId="6BF7DE7B" w:rsidR="00F97BF6" w:rsidRDefault="00F97BF6">
      <w:pPr>
        <w:tabs>
          <w:tab w:val="right" w:pos="9504"/>
        </w:tabs>
        <w:spacing w:before="320"/>
      </w:pPr>
      <w:r>
        <w:rPr>
          <w:b/>
        </w:rPr>
        <w:t>I can get most of this sponsored. I guess SIFPD has the popcorn covered.</w:t>
      </w:r>
    </w:p>
    <w:sectPr w:rsidR="00F97BF6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734426">
    <w:abstractNumId w:val="8"/>
  </w:num>
  <w:num w:numId="2" w16cid:durableId="894857201">
    <w:abstractNumId w:val="6"/>
  </w:num>
  <w:num w:numId="3" w16cid:durableId="1348824483">
    <w:abstractNumId w:val="5"/>
  </w:num>
  <w:num w:numId="4" w16cid:durableId="194079332">
    <w:abstractNumId w:val="4"/>
  </w:num>
  <w:num w:numId="5" w16cid:durableId="103769264">
    <w:abstractNumId w:val="7"/>
  </w:num>
  <w:num w:numId="6" w16cid:durableId="1590774858">
    <w:abstractNumId w:val="3"/>
  </w:num>
  <w:num w:numId="7" w16cid:durableId="1301182432">
    <w:abstractNumId w:val="2"/>
  </w:num>
  <w:num w:numId="8" w16cid:durableId="1783379020">
    <w:abstractNumId w:val="1"/>
  </w:num>
  <w:num w:numId="9" w16cid:durableId="1815442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6120"/>
    <w:rsid w:val="009B486E"/>
    <w:rsid w:val="00AA1D8D"/>
    <w:rsid w:val="00B47730"/>
    <w:rsid w:val="00CB0664"/>
    <w:rsid w:val="00D22D5D"/>
    <w:rsid w:val="00F97B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66AD8E"/>
  <w14:defaultImageDpi w14:val="300"/>
  <w15:docId w15:val="{E45FB43C-9B5E-4286-A0CD-D679F02D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cynthia kienitz</cp:lastModifiedBy>
  <cp:revision>2</cp:revision>
  <dcterms:created xsi:type="dcterms:W3CDTF">2013-12-23T23:15:00Z</dcterms:created>
  <dcterms:modified xsi:type="dcterms:W3CDTF">2026-10-05T00:49:00Z</dcterms:modified>
  <cp:category/>
</cp:coreProperties>
</file>